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56A" w:rsidRDefault="004F1463">
      <w:pPr>
        <w:jc w:val="center"/>
      </w:pPr>
      <w:r>
        <w:rPr>
          <w:b/>
          <w:sz w:val="28"/>
        </w:rPr>
        <w:t xml:space="preserve">TOPLULUK LİSTESİ 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4649"/>
        <w:gridCol w:w="2268"/>
        <w:gridCol w:w="3402"/>
      </w:tblGrid>
      <w:tr w:rsidR="000B156A">
        <w:trPr>
          <w:jc w:val="center"/>
        </w:trPr>
        <w:tc>
          <w:tcPr>
            <w:tcW w:w="794" w:type="dxa"/>
          </w:tcPr>
          <w:p w:rsidR="000B156A" w:rsidRDefault="004F1463">
            <w:pPr>
              <w:jc w:val="center"/>
            </w:pPr>
            <w:r>
              <w:rPr>
                <w:b/>
                <w:sz w:val="18"/>
              </w:rPr>
              <w:t>S.NO</w:t>
            </w:r>
          </w:p>
        </w:tc>
        <w:tc>
          <w:tcPr>
            <w:tcW w:w="4649" w:type="dxa"/>
          </w:tcPr>
          <w:p w:rsidR="000B156A" w:rsidRDefault="004F1463">
            <w:pPr>
              <w:jc w:val="center"/>
            </w:pPr>
            <w:r>
              <w:rPr>
                <w:b/>
                <w:sz w:val="18"/>
              </w:rPr>
              <w:t>TOPLULUK ADI</w:t>
            </w:r>
          </w:p>
        </w:tc>
        <w:tc>
          <w:tcPr>
            <w:tcW w:w="2268" w:type="dxa"/>
          </w:tcPr>
          <w:p w:rsidR="000B156A" w:rsidRDefault="004F1463">
            <w:pPr>
              <w:jc w:val="center"/>
            </w:pPr>
            <w:r>
              <w:rPr>
                <w:b/>
                <w:sz w:val="18"/>
              </w:rPr>
              <w:t>BAŞKAN ADI</w:t>
            </w:r>
          </w:p>
        </w:tc>
        <w:tc>
          <w:tcPr>
            <w:tcW w:w="3402" w:type="dxa"/>
          </w:tcPr>
          <w:p w:rsidR="000B156A" w:rsidRDefault="004F1463">
            <w:pPr>
              <w:jc w:val="center"/>
            </w:pPr>
            <w:r>
              <w:rPr>
                <w:b/>
                <w:sz w:val="18"/>
              </w:rPr>
              <w:t>AKADEMİK DANIŞMAN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AFET VE ACİL DURUM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FATMA İMRE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ÖĞR.BEKİR GÜNDOĞMUŞ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AKADEMİK GELİŞİM VE DÜŞÜNCE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SELİM SÖNMEZ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BEKİR GÜNDOĞMUŞ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AKREDİTASYON VE KALİTE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ELİFNUR EFTELYA CİNCİOĞLU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İSMAİL ARI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ALESTA GENÇLİK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ELVEDA BAĞRAN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 DR. SERKAN HACICAFEROĞLU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ANADOLU KÜLTÜRÜNÜ YAŞATMA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MEHMET EFE DURMUŞ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DR.ÖĞR.GÖR.CENGİZ ŞEKER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ATATÜRKÇÜ DÜŞÜNCE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ÖYKÜ ARIKAN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YAKUP TOKTAY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ATÖLYE RESİM VE TASARIM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EMİNE UZUNBACAK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GÖKHAN KOÇ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BANDIRMA ONYEDİ EYLÜL ÜNİVERSİTESİ ROTA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MUSTAFA KÖÇER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ARŞ.GÖR.AHMET EREN ARSLAN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BANDIRMA TIP ÖĞRENCİLERİ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YASEMİN DOĞAN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MUHAMMET BORA UZUNER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BEYAZAY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SEÇİL YILMAZ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 ÜYESİ ESRA KESKİN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CAN SAĞLIĞI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ŞEVAL YILMAZ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DR.ÖĞR.ÜYESİ GAMZE DEMİRAY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ÇEVİRİ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EMİRHAN COŞKUN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CANER ÇETİNER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İÇ DENETİM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ENES FURKAN TUĞ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ÖMÜR KIZILGÖL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LÖSEV FAYDA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GİZEM BUBA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ERMAN ALPAGUT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MARİFET TOPLULĞU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MUHAMMET EMİN BAŞ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AR.GÖR. ABDÜLKADİR TEZER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TEKNOFEST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MERVE BİRGÜL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YAKUP TOKTAY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TEKNOLOJİ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BÜŞRA YARAR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FAHRETTİN BURAK DEMİR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ULUSLARARASI ÖĞRENCİLERİN KARİYER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NEDE EL MEHMET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MUSA BAYIR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VOLEYBOL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PELİN ÇELİK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MELİKE BAKIRCI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ZARAFET GENÇLİK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MERVE ŞAMLI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AZİMENUR AYAZ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BANÜ QUANTUM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ERTUĞRUL YÜKSEL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 ÜYESİ BUKET TOPTAŞ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BESLENME VE DİYETETİK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BERKAY ÖZAVCI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RAMAZAN MERT ATAN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BİLGİSAYAR MÜHENDİSLİĞİ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GÜLLER KALYONCU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İLYAS ÖZER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BİLİŞİM VE İŞLETME TEKNOLOJİLERİ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ENES İNAN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SELAHATTİN KOŞUALP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BND ÖĞRENCİ KARİYER VE GELİŞİM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AYDIN MUSTAFA SEYREKBASAN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EVREN İPEK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BUSİNESS SOCİETY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ECE EFE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PROF.DR.NİDA ABDİOĞLU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CUMHURİYETİN DENİZCİLERİ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EMİR AKKEMİK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SAMET MEMİŞ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ÇALIŞMA EKONOMİSİ VE ENDÜSTRİ İLİŞKİLERİ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SAHRA BEŞKANAT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SERAP PALAZ ÇAKIR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29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ÇERKEZ KÜLTÜR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IRMAK DÖNMEZ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SENEM NART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DENİZCİLİK KARİYER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SENA YEĞİN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ENDER YALÇIN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DİJİTAL DÜNYA ATÖLYESİ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BERAT ÖZTÜRK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ORHAN DUMAN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DİJİTAL İÇERİK ÜRETİCİLERİ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YAĞMUR İLDENİZ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DR.ÖĞR.ÜYESİ İSMAİL DORU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DİJİTAL OYUN VE E-SPOR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TUANA KESKİN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OZAN BURAK AKDUMAN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DUYARLI HEMŞİRELER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ŞEVVAL GÜZEL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BAHAR KULEYN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EKONOMETRİ VE VERİ ANALİZİ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EMİN MERT ŞENGÜL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DR.ÖĞR.ÜYESİ FULDEN KÖMÜRYAKAN KAYGISIZ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FELSEFE VE DÜŞÜNCE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HACER AŞÇI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 ÜYESİ OĞUZ DÜZGÜN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FİKİR VE REKLAM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MUSTAFA EMRE UÇMUŞ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ÖĞR.GÖR.İSMAİL ARI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FİLM ATÖLYESİ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SEHER EKİZ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GRV. ÜYESİ İRFAN YALÇIN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39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FİZİKSEL AKTİVİTE VE SAĞLIK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BÜŞRA KESER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ÖĞRETİM ÜYESİ DERYA AZİM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FUTBOL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MUSTAFA YAKUT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OZAN BURAK AKDUMAN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GENÇ FİKİRLER ÜNİVERSİTE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DİDEM DEDE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ÖĞR.GÖR.COŞKUN ALP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GENÇ KIZILAY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NİHATCAN YAHŞİ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CEMİLE ŞAHİN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GENÇ OFİS MEDYA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CEREN ARSLAN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MÜJDE AKSOY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GENÇ YERYÜZÜ DOKTORLARI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BERRU HAZAL TUNÇ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DR.ÖĞR.ÜYESİ ALİHAN TIĞLI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GENÇ YEŞİLAY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NUREFŞEN TUKAT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AR.GÖR.DR.MÜCAHİT BAYKUL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GÖNEN GENÇ VİZYON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HAYRİYE İREM AY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ÖĞR.GÖR.AHMET UĞUR BİÇER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GÜZEL SANATLAR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AYFER URAK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DOÇ.DR. ERSAN SARIKAHYA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HEMSBALL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EREN ŞAHİN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 DR.NİYAZİ SITKI ADIGÜZEL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49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HUAWEİ STUDENT DEVELOPERS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İBRAHİM ETHEM KURT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ARŞ.GÖR. HÜSNÜ CAN KARAKAYA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IEEE BANÜ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FATİH HANAYLI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EVREN İŞEN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İŞLETME VE EKONOMİ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BUSE YILMAZ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AYÇA ÖZEKİN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İYİLİĞİN GELECEĞİ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BETÜL ÖZDEMİR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RIDVAN KAŞIKÇI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İZGE ENGELLİ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FATMANUR HAZAR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DR.ÖĞR.GÖR.DUYGU BİLGİN KAYALIK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JETS FLAG FUTBOL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EMİRHAN ORHAN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ÜYESİ OZAN BURAK KARADUMAN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 xml:space="preserve">KAMU POLİTİKALARI VE KAMU ARAŞTIRMALARI 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HAVVA NİYAZİOĞLU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ABDULKADİR TEZER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lastRenderedPageBreak/>
              <w:t>56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KÜLTÜR GEZGİNLERİ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ÖMER GÖKDENİZ CİNEVİZ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OĞUZHAN YELKESEN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LOJİSTİK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EMRE TEPE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 FATİH ERGEZER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MALİYE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ZÜLAL BERRİN ERCAN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OĞUZHAN YELKESEN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59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MAVERA GENÇLİK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ÖZLEM SAĞLAM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 DR. FATİH ZENGİN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MEDİA ACTİON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GÖKAY BAYINDIR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DR.ÖĞR.ÜYESİ İSMAİL DORU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MODERN AROMATERAPİ VE GÜZELLİK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TUBA SALVAN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 DR. ÜYESİ İBRAHİM TÜMEN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OKUR-GEZER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MERT KARACA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SİBEL AY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PROJE, İNOVASYON, NETWORK VE GENÇLİK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UMUT GÜVEN USLU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FAHRETTİN BURAK DEMİR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RAKETLİ SPORLAR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İNCİ İZMİRLİ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ARŞ.GÖR. İREM BOZBAĞ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SAĞLIKLI YÖNETİM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BÜŞRA BAL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EKREM SEVİM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SANAT TARİHİ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ZEYNEP SEMA ALTINDAL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FERİDE İMRANA SIDDIKİ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SEKTÖREL İLETİŞİM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GÖRKEM EREN EROL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ÖĞR.GÖR. ÖZLEM SEZER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SINIR TANIMAYAN MÜHENDİSLER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EMİR KANAT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SERHAT KILIÇARSLAN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69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SİYASET BİLİMİ VE OMBUDSMALIK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ŞEVVAL ÇELİK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SİNEM ATAY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SOSYAL ETKİNLİK VE EĞLENCE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ELANAZ BAY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FAHRETTİN BURAK DEMİR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SOSYAL HİZMET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KAZIM ARSLAN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SULTAN TEKİNYER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SOSYOLOJİ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ŞULE YALÇINKAYA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PROF.DR.VEHBİ BAYHAN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SU ALTI SPORLARI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UMUT MESUT GÖKSOY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FERHAT YALGIN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SÜRDÜRÜLEBİLİR SANAT VE ÇEVRE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AÇELYA BÖLÜKBAŞI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EMEL UZUNER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TEKNE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ARDA SEYİS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UTKU CEM KARABULUT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TEKNOLOJİ TRANSFER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MUHAMMET BİLBAY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ÖĞR.GÖR.HATİCE BATMANTAŞ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TEKNOTAÇ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ESRA BELİNAY TELLİ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ARŞ.GÖR. ŞEYMA ŞAHİNER YILMAZ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TOPLUMSAL DUYARLILIK VE PROJE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EREN ŞAHİN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FATİH ALTUN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79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TÜRK DÜNYASI GENÇLİK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ENES CAN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 DR. MUSA BAYIR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TÜRK MÜHENDİSLER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ALPEREN KAYNAK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CEMİL KÖZKURT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TÜRK TARİH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ABDULLAH ÖMER TÜFEKÇİOĞLU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YUSUF KILIÇARSLAN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ULTRASLAN UNİ- BANDIRMA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BİRKAN BAYAR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MUHAMMET ASIM ÖNCEL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83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ULUSLARARASI İLİŞKİLER VE KARİYER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ALPARSLAN TOPOĞLU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 DR. İSMAİL ŞAHİN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84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ULUSLARARASI TİCARET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İREM BAHRİYE YİĞİT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ARŞ.GÖR. MÜSEMMA ÇÖKERDENOĞLU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85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ÜNİBANGİAD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AYKUT ÇINARLIDERE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PROF.DR. MEHMET EMİN ERÇAKAR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86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ÜNİ-TİMSAH BANÜ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SAMİ ALTAY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DR. ÖĞR. ÜYESİ ÖMÜR KIZILGÖL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87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ÜNİ TS’LİLER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KİBAR MURAT KARAL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DOÇ. DR. TANER KALAYCI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88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YAZILIM MÜHENDİSLİĞİ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ATİKE CEREN BİNGÖL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 DR. SELÇUK BAŞ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89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YEDİ HİLAL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HAMZA KEDERLİ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ÜYESİ OSMAN MÜCAHİT İNCE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90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YÖNETİM BİLİŞİM SİSTEMLERİ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SUDE BEKTAŞ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ARŞ. GÖR. CEMAL YÜKSEL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91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17 EYLÜL KARTALLARI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EYLÜL POLAT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ÖĞR. GÖR. İSMAİL ARI</w:t>
            </w:r>
          </w:p>
        </w:tc>
      </w:tr>
      <w:tr w:rsidR="000B156A">
        <w:trPr>
          <w:jc w:val="center"/>
        </w:trPr>
        <w:tc>
          <w:tcPr>
            <w:tcW w:w="794" w:type="dxa"/>
            <w:vAlign w:val="center"/>
          </w:tcPr>
          <w:p w:rsidR="000B156A" w:rsidRDefault="004F1463">
            <w:pPr>
              <w:jc w:val="center"/>
            </w:pPr>
            <w:r>
              <w:rPr>
                <w:sz w:val="17"/>
              </w:rPr>
              <w:t>92</w:t>
            </w:r>
          </w:p>
        </w:tc>
        <w:tc>
          <w:tcPr>
            <w:tcW w:w="4649" w:type="dxa"/>
            <w:vAlign w:val="center"/>
          </w:tcPr>
          <w:p w:rsidR="000B156A" w:rsidRDefault="004F1463">
            <w:r>
              <w:rPr>
                <w:sz w:val="17"/>
              </w:rPr>
              <w:t>911 ARAMA KURTARMA VE DAĞCILIK TOPLULUĞU</w:t>
            </w:r>
          </w:p>
        </w:tc>
        <w:tc>
          <w:tcPr>
            <w:tcW w:w="2268" w:type="dxa"/>
            <w:vAlign w:val="center"/>
          </w:tcPr>
          <w:p w:rsidR="000B156A" w:rsidRDefault="004F1463">
            <w:r>
              <w:rPr>
                <w:sz w:val="17"/>
              </w:rPr>
              <w:t>KEVSER BEKTAŞ</w:t>
            </w:r>
          </w:p>
        </w:tc>
        <w:tc>
          <w:tcPr>
            <w:tcW w:w="3402" w:type="dxa"/>
            <w:vAlign w:val="center"/>
          </w:tcPr>
          <w:p w:rsidR="000B156A" w:rsidRDefault="004F1463">
            <w:r>
              <w:rPr>
                <w:sz w:val="17"/>
              </w:rPr>
              <w:t>PROF.DR. EDİP ÖRÜCÜ</w:t>
            </w:r>
          </w:p>
        </w:tc>
      </w:tr>
    </w:tbl>
    <w:p w:rsidR="004F1463" w:rsidRDefault="004F1463">
      <w:bookmarkStart w:id="0" w:name="_GoBack"/>
      <w:bookmarkEnd w:id="0"/>
    </w:p>
    <w:sectPr w:rsidR="004F1463" w:rsidSect="00034616">
      <w:pgSz w:w="12240" w:h="15840"/>
      <w:pgMar w:top="80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56A"/>
    <w:rsid w:val="0015074B"/>
    <w:rsid w:val="0029639D"/>
    <w:rsid w:val="00326F90"/>
    <w:rsid w:val="004F1463"/>
    <w:rsid w:val="005E5B8B"/>
    <w:rsid w:val="009B6EAA"/>
    <w:rsid w:val="00AA1D8D"/>
    <w:rsid w:val="00B47730"/>
    <w:rsid w:val="00CB0664"/>
    <w:rsid w:val="00D005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38B5258-02A3-4516-9ED8-0DFBDC3A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86681D-789B-40B7-835A-B3B06DC9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Hatice Kayacan</cp:lastModifiedBy>
  <cp:revision>4</cp:revision>
  <dcterms:created xsi:type="dcterms:W3CDTF">2013-12-23T23:15:00Z</dcterms:created>
  <dcterms:modified xsi:type="dcterms:W3CDTF">2026-09-17T10:13:00Z</dcterms:modified>
  <cp:category/>
</cp:coreProperties>
</file>